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3EC5" w14:textId="77777777" w:rsidR="00204A6C" w:rsidRDefault="00000000">
      <w:pPr>
        <w:jc w:val="center"/>
      </w:pPr>
      <w:r>
        <w:rPr>
          <w:noProof/>
        </w:rPr>
        <w:drawing>
          <wp:inline distT="0" distB="0" distL="0" distR="0" wp14:anchorId="34B7EBEC" wp14:editId="0EE2947B">
            <wp:extent cx="1800000" cy="199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a93b91-f1da-40ed-adab-bcaffb55286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BB2C2" w14:textId="77777777" w:rsidR="00204A6C" w:rsidRDefault="00000000">
      <w:pPr>
        <w:jc w:val="center"/>
      </w:pPr>
      <w:r>
        <w:rPr>
          <w:b/>
          <w:sz w:val="36"/>
        </w:rPr>
        <w:t>NEVEZÉSI LAP</w:t>
      </w:r>
    </w:p>
    <w:p w14:paraId="18C56FE1" w14:textId="77777777" w:rsidR="00204A6C" w:rsidRDefault="00000000">
      <w:pPr>
        <w:jc w:val="center"/>
      </w:pPr>
      <w:r>
        <w:rPr>
          <w:b/>
          <w:sz w:val="30"/>
        </w:rPr>
        <w:t>CSOPAKI SÁRKÁNYHAJÓVERSENY – SELEJTEZŐ</w:t>
      </w:r>
    </w:p>
    <w:p w14:paraId="6961D571" w14:textId="77777777" w:rsidR="00204A6C" w:rsidRDefault="00000000">
      <w:pPr>
        <w:jc w:val="center"/>
      </w:pPr>
      <w:r>
        <w:rPr>
          <w:b/>
          <w:sz w:val="22"/>
        </w:rPr>
        <w:t>2026. SZEPTEMBER 5. (SZOMBAT), 13:00–17:00 ÓRA</w:t>
      </w:r>
    </w:p>
    <w:p w14:paraId="69464490" w14:textId="77777777" w:rsidR="00204A6C" w:rsidRDefault="00000000">
      <w:pPr>
        <w:jc w:val="center"/>
      </w:pPr>
      <w:r>
        <w:rPr>
          <w:b/>
          <w:sz w:val="22"/>
        </w:rPr>
        <w:t>CSOPAKI KÖZSÉGI STRAND</w:t>
      </w:r>
    </w:p>
    <w:p w14:paraId="47C13376" w14:textId="77777777" w:rsidR="00204A6C" w:rsidRDefault="00204A6C"/>
    <w:p w14:paraId="59E005F7" w14:textId="04C8E61D" w:rsidR="00204A6C" w:rsidRDefault="00000000" w:rsidP="00B27A4A">
      <w:pPr>
        <w:jc w:val="both"/>
      </w:pPr>
      <w:r>
        <w:rPr>
          <w:b/>
        </w:rPr>
        <w:t>CSAPAT NEVE:*</w:t>
      </w:r>
      <w:r w:rsidR="00B27A4A">
        <w:t>………………………………………………………………………………………………………</w:t>
      </w:r>
    </w:p>
    <w:p w14:paraId="0251B53E" w14:textId="2743433C" w:rsidR="00204A6C" w:rsidRDefault="00000000">
      <w:r>
        <w:rPr>
          <w:b/>
        </w:rPr>
        <w:t>CSAPATKAPITÁNY NEVE:*</w:t>
      </w:r>
      <w:r>
        <w:t xml:space="preserve"> </w:t>
      </w:r>
      <w:r w:rsidR="00B27A4A">
        <w:t>………………………………………………………………………………………..</w:t>
      </w:r>
    </w:p>
    <w:p w14:paraId="27EEE447" w14:textId="77777777" w:rsidR="00B27A4A" w:rsidRDefault="00000000">
      <w:r>
        <w:rPr>
          <w:b/>
        </w:rPr>
        <w:t>CSOPAKI LAKCÍM / CSOPAKI KÖTŐDÉS:*</w:t>
      </w:r>
      <w:r>
        <w:t xml:space="preserve"> </w:t>
      </w:r>
    </w:p>
    <w:p w14:paraId="13A2BD34" w14:textId="02D4CF00" w:rsidR="00204A6C" w:rsidRDefault="00B27A4A">
      <w:r>
        <w:t>……………………………………………………………………………………………………………………………</w:t>
      </w:r>
    </w:p>
    <w:p w14:paraId="654137C7" w14:textId="0BBC2E52" w:rsidR="00204A6C" w:rsidRDefault="00000000">
      <w:r>
        <w:rPr>
          <w:b/>
        </w:rPr>
        <w:t>TELEFON:*</w:t>
      </w:r>
      <w:r>
        <w:t xml:space="preserve"> </w:t>
      </w:r>
      <w:r w:rsidR="00B27A4A">
        <w:t>………………………………………………………….</w:t>
      </w:r>
    </w:p>
    <w:p w14:paraId="1205AD81" w14:textId="1DE3BC9E" w:rsidR="00204A6C" w:rsidRDefault="00000000">
      <w:r>
        <w:rPr>
          <w:b/>
        </w:rPr>
        <w:t>E-MAIL:*</w:t>
      </w:r>
      <w:r>
        <w:t xml:space="preserve"> </w:t>
      </w:r>
      <w:r w:rsidR="00B27A4A">
        <w:t>…………………………………………………………….</w:t>
      </w:r>
    </w:p>
    <w:p w14:paraId="7EDDEA07" w14:textId="4F876221" w:rsidR="00204A6C" w:rsidRDefault="00000000">
      <w:pPr>
        <w:jc w:val="center"/>
      </w:pPr>
      <w:r>
        <w:rPr>
          <w:b/>
          <w:sz w:val="24"/>
        </w:rPr>
        <w:t xml:space="preserve">NEVEZETT LEGÉNYSÉG ÖSSZESEN: </w:t>
      </w:r>
      <w:r w:rsidR="00B27A4A">
        <w:rPr>
          <w:b/>
          <w:sz w:val="24"/>
        </w:rPr>
        <w:t>………..</w:t>
      </w:r>
      <w:r>
        <w:rPr>
          <w:b/>
          <w:sz w:val="24"/>
        </w:rPr>
        <w:t xml:space="preserve"> FŐ</w:t>
      </w:r>
    </w:p>
    <w:p w14:paraId="22680947" w14:textId="77777777" w:rsidR="00204A6C" w:rsidRDefault="00000000">
      <w:pPr>
        <w:jc w:val="center"/>
      </w:pPr>
      <w:r>
        <w:rPr>
          <w:i/>
          <w:sz w:val="18"/>
        </w:rPr>
        <w:t>(A csapat létszámára és a részvételi feltételekre vonatkozó végleges tájékoztatást a szervező adja meg.)</w:t>
      </w:r>
    </w:p>
    <w:p w14:paraId="0C38B0A7" w14:textId="77777777" w:rsidR="00204A6C" w:rsidRDefault="00000000">
      <w:r>
        <w:rPr>
          <w:b/>
        </w:rPr>
        <w:t xml:space="preserve">JELENTKEZÉSI HATÁRIDŐ: </w:t>
      </w:r>
      <w:r>
        <w:t>2026. szeptember 1.</w:t>
      </w:r>
    </w:p>
    <w:p w14:paraId="75DDB18F" w14:textId="77777777" w:rsidR="00204A6C" w:rsidRDefault="00000000">
      <w:pPr>
        <w:jc w:val="both"/>
      </w:pPr>
      <w:r>
        <w:t>A nevezési lap aláírásával és beküldésével kijelentjük, hogy a csopaki selejtező részvételi feltételeit megismertük, azokat tudomásul vettük és elfogadjuk. Tudomásul vesszük továbbá, hogy a selejtező győztes csapata nyeri el a lehetőséget Csopak képviseletére a 2026. szeptember 6-án megrendezésre kerülő vármegyei sárkányhajóversenyen.</w:t>
      </w:r>
    </w:p>
    <w:p w14:paraId="1C95E318" w14:textId="77777777" w:rsidR="00B27A4A" w:rsidRDefault="00B27A4A">
      <w:pPr>
        <w:rPr>
          <w:b/>
        </w:rPr>
      </w:pPr>
    </w:p>
    <w:p w14:paraId="54F1B24F" w14:textId="3B5A91BD" w:rsidR="00204A6C" w:rsidRDefault="00000000">
      <w:r>
        <w:rPr>
          <w:b/>
        </w:rPr>
        <w:t>KELT:</w:t>
      </w:r>
      <w:r>
        <w:t xml:space="preserve"> </w:t>
      </w:r>
      <w:r w:rsidR="00B27A4A">
        <w:t>…………………………………</w:t>
      </w:r>
    </w:p>
    <w:p w14:paraId="431C9A5C" w14:textId="77777777" w:rsidR="00B27A4A" w:rsidRDefault="00B27A4A">
      <w:pPr>
        <w:jc w:val="right"/>
      </w:pPr>
      <w:r>
        <w:t>………………………………….</w:t>
      </w:r>
    </w:p>
    <w:p w14:paraId="5752682D" w14:textId="48536A2A" w:rsidR="00204A6C" w:rsidRDefault="00000000">
      <w:pPr>
        <w:jc w:val="right"/>
      </w:pPr>
      <w:r>
        <w:t>CSAPATKAPITÁNY ALÁÍRÁSA</w:t>
      </w:r>
    </w:p>
    <w:p w14:paraId="0F735A45" w14:textId="3D35C49E" w:rsidR="00204A6C" w:rsidRDefault="00204A6C"/>
    <w:p w14:paraId="575ACD53" w14:textId="77777777" w:rsidR="00204A6C" w:rsidRDefault="00000000">
      <w:pPr>
        <w:jc w:val="center"/>
      </w:pPr>
      <w:r>
        <w:rPr>
          <w:noProof/>
        </w:rPr>
        <w:drawing>
          <wp:inline distT="0" distB="0" distL="0" distR="0" wp14:anchorId="2566DAB2" wp14:editId="75E0B85A">
            <wp:extent cx="1800000" cy="1995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a93b91-f1da-40ed-adab-bcaffb55286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D533" w14:textId="77777777" w:rsidR="00204A6C" w:rsidRDefault="00000000">
      <w:pPr>
        <w:jc w:val="center"/>
      </w:pPr>
      <w:r>
        <w:rPr>
          <w:b/>
          <w:sz w:val="32"/>
        </w:rPr>
        <w:t>SZÜLŐI HOZZÁJÁRULÓ NYILATKOZAT</w:t>
      </w:r>
    </w:p>
    <w:p w14:paraId="4996DC85" w14:textId="77777777" w:rsidR="00204A6C" w:rsidRDefault="00000000" w:rsidP="00B27A4A">
      <w:pPr>
        <w:jc w:val="both"/>
      </w:pPr>
      <w:r>
        <w:t>Alulírott ________________________________________________ (szülő/gondviselő neve), anyja neve: ______________________________________, szem. ig. szám: ______________________, lakcím: ________________________________________________________________________________, mint ________________________________________________ (gyermek neve) törvényes képviselője kijelentem, hogy hozzájárulok gyermekem részvételéhez a Csopak Község Önkormányzata által 2026. szeptember 5-én, a Csopaki Községi Strandon megrendezésre kerülő csopaki sárkányhajóversenyen.</w:t>
      </w:r>
    </w:p>
    <w:p w14:paraId="3B96AFBC" w14:textId="77777777" w:rsidR="00204A6C" w:rsidRDefault="00000000" w:rsidP="00B27A4A">
      <w:pPr>
        <w:jc w:val="both"/>
      </w:pPr>
      <w:r>
        <w:t>Gyermek születési helye és ideje: __________________________________________________________</w:t>
      </w:r>
      <w:r>
        <w:br/>
        <w:t>Gyermek lakcíme: __________________________________________________________________________</w:t>
      </w:r>
    </w:p>
    <w:p w14:paraId="1EE09BD6" w14:textId="77777777" w:rsidR="00204A6C" w:rsidRDefault="00000000" w:rsidP="00B27A4A">
      <w:pPr>
        <w:jc w:val="both"/>
      </w:pPr>
      <w:r>
        <w:t>Az esemény részvételi feltételeit megismertem, és az azokban foglalt résztvevői kötelezettségek teljesítéséért gyermekem nevében felelősséget vállalok.</w:t>
      </w:r>
    </w:p>
    <w:p w14:paraId="29C720BC" w14:textId="77777777" w:rsidR="00204A6C" w:rsidRDefault="00000000" w:rsidP="00B27A4A">
      <w:pPr>
        <w:jc w:val="both"/>
      </w:pPr>
      <w:r>
        <w:rPr>
          <w:b/>
        </w:rPr>
        <w:t>KELT:</w:t>
      </w:r>
      <w:r>
        <w:t xml:space="preserve"> ____________________</w:t>
      </w:r>
    </w:p>
    <w:p w14:paraId="573F846B" w14:textId="77777777" w:rsidR="00204A6C" w:rsidRDefault="00000000" w:rsidP="00B27A4A">
      <w:pPr>
        <w:jc w:val="both"/>
      </w:pPr>
      <w:r>
        <w:t>______________________________</w:t>
      </w:r>
      <w:r>
        <w:br/>
        <w:t>TÖRVÉNYES KÉPVISELŐ ALÁÍRÁSA</w:t>
      </w:r>
    </w:p>
    <w:p w14:paraId="3AC7D895" w14:textId="77777777" w:rsidR="00204A6C" w:rsidRDefault="00000000" w:rsidP="00B27A4A">
      <w:pPr>
        <w:jc w:val="both"/>
      </w:pPr>
      <w:r>
        <w:rPr>
          <w:i/>
          <w:sz w:val="17"/>
        </w:rPr>
        <w:t>* Tájékoztatjuk a résztvevőket, hogy az eseményen mindenki saját felelősségére vesz részt, felelős saját egészségi, fizikai állapotának a részvételre való alkalmasságáért. A szervezők utasításait és a vonatkozó sport- és biztonsági szabályokat minden résztvevő köteles betartani. A rendezvényről kép-, hang- és videófelvétel készülhet.</w:t>
      </w:r>
    </w:p>
    <w:p w14:paraId="1FCCB28F" w14:textId="77777777" w:rsidR="00204A6C" w:rsidRDefault="00000000">
      <w:r>
        <w:br w:type="page"/>
      </w:r>
    </w:p>
    <w:p w14:paraId="0AEAD70B" w14:textId="77777777" w:rsidR="00204A6C" w:rsidRDefault="00000000">
      <w:pPr>
        <w:jc w:val="center"/>
      </w:pPr>
      <w:r>
        <w:rPr>
          <w:b/>
          <w:sz w:val="32"/>
        </w:rPr>
        <w:lastRenderedPageBreak/>
        <w:t>ADATVÉDELMI TÁJÉKOZTATÓ</w:t>
      </w:r>
    </w:p>
    <w:p w14:paraId="6E487239" w14:textId="77777777" w:rsidR="00204A6C" w:rsidRDefault="00000000">
      <w:pPr>
        <w:jc w:val="center"/>
      </w:pPr>
      <w:r>
        <w:rPr>
          <w:b/>
          <w:sz w:val="26"/>
        </w:rPr>
        <w:t>RENDEZVÉNYEN VALÓ RÉSZVÉTELHEZ</w:t>
      </w:r>
    </w:p>
    <w:p w14:paraId="6C52DB82" w14:textId="77777777" w:rsidR="00204A6C" w:rsidRDefault="00000000" w:rsidP="00B27A4A">
      <w:pPr>
        <w:jc w:val="both"/>
      </w:pPr>
      <w:r>
        <w:t xml:space="preserve">A csopaki sárkányhajóversenyre történő regisztrációval hozzájárulását adja ahhoz, hogy az alábbi adatokat a Csopak Község Önkormányzata a vonatkozó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jogszabályok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kezelje</w:t>
      </w:r>
      <w:proofErr w:type="spellEnd"/>
      <w:r>
        <w:t>.</w:t>
      </w:r>
    </w:p>
    <w:p w14:paraId="41BBEC28" w14:textId="77777777" w:rsidR="00204A6C" w:rsidRDefault="00000000" w:rsidP="00B27A4A">
      <w:pPr>
        <w:jc w:val="both"/>
      </w:pPr>
      <w:r>
        <w:rPr>
          <w:b/>
          <w:sz w:val="24"/>
        </w:rPr>
        <w:t>Adatkezelés célja:</w:t>
      </w:r>
    </w:p>
    <w:p w14:paraId="615FA3F4" w14:textId="77777777" w:rsidR="00204A6C" w:rsidRDefault="00000000" w:rsidP="00B27A4A">
      <w:pPr>
        <w:jc w:val="both"/>
      </w:pPr>
      <w:r>
        <w:t>a versenyre történő jelentkezés és a rendezvény lebonyolítása.</w:t>
      </w:r>
    </w:p>
    <w:p w14:paraId="2D21B749" w14:textId="77777777" w:rsidR="00204A6C" w:rsidRDefault="00000000" w:rsidP="00B27A4A">
      <w:pPr>
        <w:jc w:val="both"/>
      </w:pPr>
      <w:r>
        <w:rPr>
          <w:b/>
          <w:sz w:val="24"/>
        </w:rPr>
        <w:t>A kezelt adatok köre:</w:t>
      </w:r>
    </w:p>
    <w:p w14:paraId="018137BA" w14:textId="77777777" w:rsidR="00204A6C" w:rsidRDefault="00000000" w:rsidP="00B27A4A">
      <w:pPr>
        <w:jc w:val="both"/>
      </w:pPr>
      <w:r>
        <w:t>résztvevő neve, születési ideje, lakcíme, e-mail címe, telefonszáma; a csapatkapitány és a csapat adatai.</w:t>
      </w:r>
    </w:p>
    <w:p w14:paraId="554383A1" w14:textId="77777777" w:rsidR="00204A6C" w:rsidRDefault="00000000" w:rsidP="00B27A4A">
      <w:pPr>
        <w:jc w:val="both"/>
      </w:pPr>
      <w:r>
        <w:rPr>
          <w:b/>
          <w:sz w:val="24"/>
        </w:rPr>
        <w:t>Adatkezelés jogalapja:</w:t>
      </w:r>
    </w:p>
    <w:p w14:paraId="1A1DA603" w14:textId="77777777" w:rsidR="00204A6C" w:rsidRDefault="00000000" w:rsidP="00B27A4A">
      <w:pPr>
        <w:jc w:val="both"/>
      </w:pPr>
      <w:r>
        <w:t>az érintett hozzájárulása, illetve a vonatkozó jogszabályi rendelkezések.</w:t>
      </w:r>
    </w:p>
    <w:p w14:paraId="7E767CF4" w14:textId="77777777" w:rsidR="00204A6C" w:rsidRDefault="00000000" w:rsidP="00B27A4A">
      <w:pPr>
        <w:jc w:val="both"/>
      </w:pPr>
      <w:r>
        <w:rPr>
          <w:b/>
          <w:sz w:val="24"/>
        </w:rPr>
        <w:t>Adattárolás határideje:</w:t>
      </w:r>
    </w:p>
    <w:p w14:paraId="22A4A1DE" w14:textId="77777777" w:rsidR="00204A6C" w:rsidRDefault="00000000" w:rsidP="00B27A4A">
      <w:pPr>
        <w:jc w:val="both"/>
      </w:pPr>
      <w:r>
        <w:t>a rendezvény lebonyolításához szükséges időtartam, valamint a jogszabály alapján előírt megőrzési idő.</w:t>
      </w:r>
    </w:p>
    <w:p w14:paraId="20E273A1" w14:textId="77777777" w:rsidR="00204A6C" w:rsidRDefault="00000000" w:rsidP="00B27A4A">
      <w:pPr>
        <w:jc w:val="both"/>
      </w:pPr>
      <w:r>
        <w:rPr>
          <w:b/>
          <w:sz w:val="24"/>
        </w:rPr>
        <w:t>Adattárolás módja:</w:t>
      </w:r>
    </w:p>
    <w:p w14:paraId="2A7AA0E3" w14:textId="77777777" w:rsidR="00204A6C" w:rsidRDefault="00000000" w:rsidP="00B27A4A">
      <w:pPr>
        <w:jc w:val="both"/>
      </w:pPr>
      <w:r>
        <w:t>elektronikus és – szükség szerint – papíralapú.</w:t>
      </w:r>
    </w:p>
    <w:p w14:paraId="3D7ADD30" w14:textId="77777777" w:rsidR="00204A6C" w:rsidRDefault="00000000" w:rsidP="00B27A4A">
      <w:pPr>
        <w:jc w:val="both"/>
      </w:pPr>
      <w:r>
        <w:rPr>
          <w:b/>
          <w:sz w:val="24"/>
        </w:rPr>
        <w:t>Kapcsolattartási adatok kezelése:</w:t>
      </w:r>
    </w:p>
    <w:p w14:paraId="2D84412C" w14:textId="77777777" w:rsidR="00204A6C" w:rsidRDefault="00000000" w:rsidP="00B27A4A">
      <w:pPr>
        <w:jc w:val="both"/>
      </w:pPr>
      <w:r>
        <w:t>A kapcsolattartás céljából megadott adatokat a szervező a versennyel kapcsolatos kommunikációra és a lebonyolítással összefüggő tájékoztatásra használhatja. A további rendezvényekről szóló tájékoztatás külön hozzájáruláshoz köthető.</w:t>
      </w:r>
    </w:p>
    <w:p w14:paraId="45C4FA71" w14:textId="77777777" w:rsidR="00204A6C" w:rsidRDefault="00000000" w:rsidP="00B27A4A">
      <w:pPr>
        <w:jc w:val="both"/>
      </w:pPr>
      <w:r>
        <w:rPr>
          <w:b/>
          <w:sz w:val="24"/>
        </w:rPr>
        <w:t>Érintetti jogok:</w:t>
      </w:r>
    </w:p>
    <w:p w14:paraId="30C8A981" w14:textId="77777777" w:rsidR="00204A6C" w:rsidRDefault="00000000" w:rsidP="00B27A4A">
      <w:pPr>
        <w:jc w:val="both"/>
      </w:pPr>
      <w:r>
        <w:t>Az érintett tájékoztatást kérhet személyes adatai kezeléséről, kérheti azok helyesbítését, törlését, kezelésének korlátozását, valamint élhet a jogszabályban biztosított egyéb jogaival. Panaszával a Nemzeti Adatvédelmi és Információszabadság Hatósághoz is fordulhat.</w:t>
      </w:r>
    </w:p>
    <w:p w14:paraId="1D1B7549" w14:textId="77777777" w:rsidR="00204A6C" w:rsidRDefault="00000000" w:rsidP="00293B80">
      <w:pPr>
        <w:jc w:val="both"/>
      </w:pPr>
      <w:r>
        <w:rPr>
          <w:b/>
          <w:sz w:val="24"/>
        </w:rPr>
        <w:t>Adatkezelő:</w:t>
      </w:r>
    </w:p>
    <w:p w14:paraId="416F2692" w14:textId="309E4BEE" w:rsidR="00204A6C" w:rsidRDefault="00000000">
      <w:r>
        <w:t>Csopak Község Önkormányzata</w:t>
      </w:r>
      <w:r>
        <w:br/>
        <w:t>Székhely: 8229 Csopak, Petőfi Sándor u. 2.</w:t>
      </w:r>
      <w:r>
        <w:br/>
        <w:t>E-mail: beruhazas@csopak.hu</w:t>
      </w:r>
      <w:r>
        <w:br/>
        <w:t>Telefon: 87/799-106</w:t>
      </w:r>
      <w:r>
        <w:br/>
      </w:r>
    </w:p>
    <w:p w14:paraId="60277997" w14:textId="77777777" w:rsidR="00204A6C" w:rsidRDefault="00000000">
      <w:r>
        <w:br w:type="page"/>
      </w:r>
    </w:p>
    <w:p w14:paraId="65708BCA" w14:textId="77777777" w:rsidR="00204A6C" w:rsidRDefault="00000000">
      <w:pPr>
        <w:jc w:val="center"/>
      </w:pPr>
      <w:r>
        <w:rPr>
          <w:b/>
          <w:sz w:val="32"/>
        </w:rPr>
        <w:lastRenderedPageBreak/>
        <w:t>FELELŐSSÉGVÁLLALÁSI NYILATKOZAT</w:t>
      </w:r>
    </w:p>
    <w:p w14:paraId="29AFC0D7" w14:textId="77777777" w:rsidR="00204A6C" w:rsidRDefault="00000000">
      <w:pPr>
        <w:jc w:val="center"/>
      </w:pPr>
      <w:r>
        <w:rPr>
          <w:b/>
          <w:sz w:val="28"/>
        </w:rPr>
        <w:t>CSOPAKI SÁRKÁNYHAJÓVERSENYHEZ</w:t>
      </w:r>
    </w:p>
    <w:p w14:paraId="5685C6A1" w14:textId="77777777" w:rsidR="00204A6C" w:rsidRDefault="00000000" w:rsidP="00293B80">
      <w:pPr>
        <w:jc w:val="both"/>
      </w:pPr>
      <w:r>
        <w:t>Aláírásommal igazolom, hogy a 2026. szeptember 5-én megrendezésre kerülő csopaki sárkányhajóversenyen saját felelősségemre veszek részt, és felelős vagyok saját egészségi, fizikai állapotomnak a részvételre való alkalmasságáért.</w:t>
      </w:r>
    </w:p>
    <w:p w14:paraId="6521F61D" w14:textId="77777777" w:rsidR="00204A6C" w:rsidRDefault="00000000" w:rsidP="00293B80">
      <w:pPr>
        <w:jc w:val="both"/>
      </w:pPr>
      <w:r>
        <w:t>A versenykiírásban foglaltakat elfogadom és betartom. Kötelezettséget vállalok arra, hogy az eseményre vonatkozó valamennyi szabályt, biztonsági előírást és a szervezők utasításait betartom, és sportemberhez méltó magatartással veszek részt.</w:t>
      </w:r>
    </w:p>
    <w:p w14:paraId="62EB9864" w14:textId="77777777" w:rsidR="00204A6C" w:rsidRDefault="00000000" w:rsidP="00293B80">
      <w:pPr>
        <w:jc w:val="both"/>
      </w:pPr>
      <w:r>
        <w:t>Tudomásul veszem, hogy a szervezők az engem, illetve általam harmadik személyt ért esetleges sérülésekért, illetve károkért a jogszabályok keretei között felelősek. A verseny ideje alatt a szervezők utasításait maradéktalanul betartom.</w:t>
      </w:r>
    </w:p>
    <w:p w14:paraId="034216B7" w14:textId="77777777" w:rsidR="00204A6C" w:rsidRDefault="00000000" w:rsidP="00293B80">
      <w:pPr>
        <w:jc w:val="both"/>
      </w:pPr>
      <w:r>
        <w:t>Tudomásul veszem, hogy a szervező a résztvevők számát korlátozhatja, a nevezést lezárhatja, és a rendezőség a verseny lebonyolításának rendjét a helyszínen ismertetheti.</w:t>
      </w:r>
    </w:p>
    <w:p w14:paraId="196E0A8D" w14:textId="77777777" w:rsidR="00204A6C" w:rsidRDefault="00000000" w:rsidP="00293B80">
      <w:pPr>
        <w:jc w:val="both"/>
      </w:pPr>
      <w:r>
        <w:t>Nevezésemmel tudomásul veszem továbbá, hogy a versenyről és a kapcsolódó programokról film- és fotófelvételek készülhetnek, amelyeken a résztvevők láthatók lehetnek. A felvételek a rendezvény dokumentálása és népszerűsítése céljából, a vonatkozó jogszabályok és az adatvédelmi tájékoztató szerint használhatók fel.</w:t>
      </w:r>
    </w:p>
    <w:p w14:paraId="2D97932D" w14:textId="77777777" w:rsidR="00204A6C" w:rsidRDefault="00000000" w:rsidP="00293B80">
      <w:pPr>
        <w:jc w:val="both"/>
      </w:pPr>
      <w:r>
        <w:t>Aláírásommal a jelen nyilatkozatban, valamint az adatvédelmi tájékoztatóban foglaltakat elfogadom.</w:t>
      </w:r>
    </w:p>
    <w:p w14:paraId="2AF5E88F" w14:textId="77777777" w:rsidR="00204A6C" w:rsidRDefault="00000000">
      <w:r>
        <w:rPr>
          <w:b/>
        </w:rPr>
        <w:t>KELT:</w:t>
      </w:r>
      <w:r>
        <w:t xml:space="preserve"> ____________________</w:t>
      </w:r>
    </w:p>
    <w:p w14:paraId="36E78D2B" w14:textId="77777777" w:rsidR="00204A6C" w:rsidRDefault="00000000">
      <w:r>
        <w:rPr>
          <w:b/>
          <w:sz w:val="24"/>
        </w:rPr>
        <w:t>RÉSZTVEVŐ ADATAI</w:t>
      </w: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1856"/>
        <w:gridCol w:w="1992"/>
        <w:gridCol w:w="1992"/>
        <w:gridCol w:w="1993"/>
        <w:gridCol w:w="1992"/>
      </w:tblGrid>
      <w:tr w:rsidR="00204A6C" w14:paraId="0BF88DFA" w14:textId="77777777" w:rsidTr="00293B80">
        <w:tc>
          <w:tcPr>
            <w:tcW w:w="1856" w:type="dxa"/>
          </w:tcPr>
          <w:p w14:paraId="6C1F6E94" w14:textId="77777777" w:rsidR="00204A6C" w:rsidRDefault="00000000">
            <w:proofErr w:type="spellStart"/>
            <w:r>
              <w:rPr>
                <w:b/>
              </w:rPr>
              <w:t>Résztvevő</w:t>
            </w:r>
            <w:proofErr w:type="spellEnd"/>
            <w:r>
              <w:rPr>
                <w:b/>
              </w:rPr>
              <w:t xml:space="preserve"> neve</w:t>
            </w:r>
          </w:p>
        </w:tc>
        <w:tc>
          <w:tcPr>
            <w:tcW w:w="1992" w:type="dxa"/>
          </w:tcPr>
          <w:p w14:paraId="0CE21A4E" w14:textId="77777777" w:rsidR="00204A6C" w:rsidRDefault="00000000">
            <w:r>
              <w:rPr>
                <w:b/>
              </w:rPr>
              <w:t>Lakcím</w:t>
            </w:r>
          </w:p>
        </w:tc>
        <w:tc>
          <w:tcPr>
            <w:tcW w:w="1992" w:type="dxa"/>
          </w:tcPr>
          <w:p w14:paraId="5917E399" w14:textId="77777777" w:rsidR="00204A6C" w:rsidRDefault="00000000">
            <w:r>
              <w:rPr>
                <w:b/>
              </w:rPr>
              <w:t>Születési hely, idő</w:t>
            </w:r>
          </w:p>
        </w:tc>
        <w:tc>
          <w:tcPr>
            <w:tcW w:w="1993" w:type="dxa"/>
          </w:tcPr>
          <w:p w14:paraId="04834671" w14:textId="77777777" w:rsidR="00204A6C" w:rsidRDefault="00000000">
            <w:r>
              <w:rPr>
                <w:b/>
              </w:rPr>
              <w:t>E-mail cím, telefonszám</w:t>
            </w:r>
          </w:p>
        </w:tc>
        <w:tc>
          <w:tcPr>
            <w:tcW w:w="1992" w:type="dxa"/>
          </w:tcPr>
          <w:p w14:paraId="3B321912" w14:textId="77777777" w:rsidR="00204A6C" w:rsidRDefault="00000000">
            <w:r>
              <w:rPr>
                <w:b/>
              </w:rPr>
              <w:t>Aláírás</w:t>
            </w:r>
          </w:p>
        </w:tc>
      </w:tr>
      <w:tr w:rsidR="00204A6C" w14:paraId="77A032B6" w14:textId="77777777" w:rsidTr="00293B80">
        <w:trPr>
          <w:trHeight w:val="1441"/>
        </w:trPr>
        <w:tc>
          <w:tcPr>
            <w:tcW w:w="1856" w:type="dxa"/>
          </w:tcPr>
          <w:p w14:paraId="596B5967" w14:textId="77777777" w:rsidR="00204A6C" w:rsidRDefault="00204A6C"/>
        </w:tc>
        <w:tc>
          <w:tcPr>
            <w:tcW w:w="1992" w:type="dxa"/>
          </w:tcPr>
          <w:p w14:paraId="0651BD5B" w14:textId="77777777" w:rsidR="00204A6C" w:rsidRDefault="00204A6C"/>
        </w:tc>
        <w:tc>
          <w:tcPr>
            <w:tcW w:w="1992" w:type="dxa"/>
          </w:tcPr>
          <w:p w14:paraId="08DA05FB" w14:textId="77777777" w:rsidR="00204A6C" w:rsidRDefault="00204A6C"/>
        </w:tc>
        <w:tc>
          <w:tcPr>
            <w:tcW w:w="1993" w:type="dxa"/>
          </w:tcPr>
          <w:p w14:paraId="2F243152" w14:textId="77777777" w:rsidR="00204A6C" w:rsidRDefault="00204A6C"/>
        </w:tc>
        <w:tc>
          <w:tcPr>
            <w:tcW w:w="1992" w:type="dxa"/>
          </w:tcPr>
          <w:p w14:paraId="1A84E70A" w14:textId="77777777" w:rsidR="00204A6C" w:rsidRDefault="00204A6C"/>
        </w:tc>
      </w:tr>
    </w:tbl>
    <w:p w14:paraId="1CEBB482" w14:textId="77777777" w:rsidR="00293B80" w:rsidRDefault="00293B80">
      <w:pPr>
        <w:jc w:val="right"/>
      </w:pPr>
    </w:p>
    <w:p w14:paraId="43026528" w14:textId="77777777" w:rsidR="00293B80" w:rsidRDefault="00293B80">
      <w:pPr>
        <w:jc w:val="right"/>
      </w:pPr>
    </w:p>
    <w:p w14:paraId="57C66647" w14:textId="19789BEC" w:rsidR="00204A6C" w:rsidRDefault="00000000">
      <w:pPr>
        <w:jc w:val="right"/>
      </w:pPr>
      <w:r>
        <w:t>______________________________</w:t>
      </w:r>
      <w:r>
        <w:br/>
      </w:r>
      <w:proofErr w:type="spellStart"/>
      <w:r>
        <w:t>aláírás</w:t>
      </w:r>
      <w:proofErr w:type="spellEnd"/>
    </w:p>
    <w:p w14:paraId="714E9CDD" w14:textId="77777777" w:rsidR="00204A6C" w:rsidRDefault="00000000">
      <w:pPr>
        <w:jc w:val="right"/>
      </w:pPr>
      <w:r>
        <w:t>______________________________</w:t>
      </w:r>
      <w:r>
        <w:br/>
        <w:t>Szülő neve és aláírása 18 év alatti résztvevő esetén</w:t>
      </w:r>
    </w:p>
    <w:p w14:paraId="6FE4B9C7" w14:textId="77777777" w:rsidR="00204A6C" w:rsidRDefault="00000000" w:rsidP="00B27A4A">
      <w:pPr>
        <w:jc w:val="both"/>
      </w:pPr>
      <w:r>
        <w:t>A csopaki selejtező győztes csapata jogosultságot szerez arra, hogy 2026. szeptember 6-án Csopakot képviselje a Veszprém Vármegyei Önkormányzat által, a Bakony&amp;Balaton Gasztroünnep, Tájak, Ízek Fesztivál keretében megrendezett vármegyei sárkányhajóversenyen.</w:t>
      </w:r>
    </w:p>
    <w:sectPr w:rsidR="00204A6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148617">
    <w:abstractNumId w:val="8"/>
  </w:num>
  <w:num w:numId="2" w16cid:durableId="1055545511">
    <w:abstractNumId w:val="6"/>
  </w:num>
  <w:num w:numId="3" w16cid:durableId="1804695898">
    <w:abstractNumId w:val="5"/>
  </w:num>
  <w:num w:numId="4" w16cid:durableId="1613054244">
    <w:abstractNumId w:val="4"/>
  </w:num>
  <w:num w:numId="5" w16cid:durableId="893127319">
    <w:abstractNumId w:val="7"/>
  </w:num>
  <w:num w:numId="6" w16cid:durableId="1035885597">
    <w:abstractNumId w:val="3"/>
  </w:num>
  <w:num w:numId="7" w16cid:durableId="290212418">
    <w:abstractNumId w:val="2"/>
  </w:num>
  <w:num w:numId="8" w16cid:durableId="1993483479">
    <w:abstractNumId w:val="1"/>
  </w:num>
  <w:num w:numId="9" w16cid:durableId="49735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4A6C"/>
    <w:rsid w:val="00293B80"/>
    <w:rsid w:val="0029639D"/>
    <w:rsid w:val="00326F90"/>
    <w:rsid w:val="00AA1D8D"/>
    <w:rsid w:val="00B27A4A"/>
    <w:rsid w:val="00B47730"/>
    <w:rsid w:val="00C7009E"/>
    <w:rsid w:val="00CB0664"/>
    <w:rsid w:val="00E106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52847"/>
  <w14:defaultImageDpi w14:val="300"/>
  <w15:docId w15:val="{4C3889A7-CA63-444C-8C5D-DFE747F8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709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 Csopak</cp:lastModifiedBy>
  <cp:revision>4</cp:revision>
  <dcterms:created xsi:type="dcterms:W3CDTF">2026-08-10T12:43:00Z</dcterms:created>
  <dcterms:modified xsi:type="dcterms:W3CDTF">2026-08-10T12:50:00Z</dcterms:modified>
  <cp:category/>
</cp:coreProperties>
</file>